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b/>
          <w:color w:val="232323"/>
          <w:sz w:val="40"/>
        </w:rPr>
        <w:t>Carl Robert Leal Obituary Media Package</w:t>
      </w:r>
    </w:p>
    <w:p>
      <w:pPr>
        <w:spacing w:after="240"/>
        <w:jc w:val="center"/>
      </w:pPr>
      <w:r>
        <w:rPr>
          <w:rFonts w:ascii="Calibri" w:hAnsi="Calibri"/>
          <w:b w:val="0"/>
          <w:i/>
          <w:sz w:val="22"/>
        </w:rPr>
        <w:t>Prepared for newspaper obituary submission</w:t>
      </w:r>
    </w:p>
    <w:p>
      <w:pPr>
        <w:spacing w:after="120"/>
        <w:jc w:val="left"/>
      </w:pPr>
      <w:r>
        <w:rPr>
          <w:rFonts w:ascii="Calibri" w:hAnsi="Calibri"/>
          <w:b/>
          <w:i w:val="0"/>
          <w:sz w:val="22"/>
        </w:rPr>
        <w:t>Decedent: Carl Robert Leal</w:t>
      </w:r>
    </w:p>
    <w:p>
      <w:pPr>
        <w:spacing w:after="120"/>
        <w:jc w:val="left"/>
      </w:pPr>
      <w:r>
        <w:rPr>
          <w:rFonts w:ascii="Calibri" w:hAnsi="Calibri"/>
          <w:b w:val="0"/>
          <w:i w:val="0"/>
          <w:sz w:val="22"/>
        </w:rPr>
        <w:t>Dates: June 19, 1936 - June 21, 2026</w:t>
      </w:r>
    </w:p>
    <w:p>
      <w:pPr>
        <w:spacing w:after="120"/>
        <w:jc w:val="left"/>
      </w:pPr>
      <w:r>
        <w:rPr>
          <w:rFonts w:ascii="Calibri" w:hAnsi="Calibri"/>
          <w:b w:val="0"/>
          <w:i w:val="0"/>
          <w:sz w:val="22"/>
        </w:rPr>
        <w:t>Owners / family contacts noted by requester: James and Jill</w:t>
      </w:r>
    </w:p>
    <w:p>
      <w:pPr>
        <w:spacing w:after="120"/>
        <w:jc w:val="left"/>
      </w:pPr>
      <w:r>
        <w:rPr>
          <w:rFonts w:ascii="Calibri" w:hAnsi="Calibri"/>
          <w:b w:val="0"/>
          <w:i w:val="0"/>
          <w:sz w:val="22"/>
        </w:rPr>
        <w:t>Photo note: The standalone portrait files use the most recent retouched photo, with Bob's eyes opened slightly and under-eye bags softened.</w:t>
      </w:r>
    </w:p>
    <w:p>
      <w:pPr>
        <w:spacing w:after="120"/>
        <w:jc w:val="left"/>
      </w:pPr>
      <w:r>
        <w:rPr>
          <w:rFonts w:ascii="Calibri" w:hAnsi="Calibri"/>
          <w:b w:val="0"/>
          <w:i w:val="0"/>
          <w:sz w:val="22"/>
        </w:rPr>
        <w:t>Full submission word count, including title/date and all service/donation details: 605</w:t>
      </w:r>
    </w:p>
    <w:p>
      <w:pPr>
        <w:spacing w:after="120"/>
        <w:jc w:val="left"/>
      </w:pPr>
      <w:r>
        <w:rPr>
          <w:rFonts w:ascii="Calibri" w:hAnsi="Calibri"/>
          <w:b w:val="0"/>
          <w:i w:val="0"/>
          <w:sz w:val="22"/>
        </w:rPr>
        <w:t>Obituary body word count, excluding title/date but including service/donation details: 596</w:t>
      </w:r>
    </w:p>
    <w:p>
      <w:pPr>
        <w:spacing w:after="120"/>
        <w:jc w:val="left"/>
      </w:pPr>
      <w:r>
        <w:rPr>
          <w:rFonts w:ascii="Calibri" w:hAnsi="Calibri"/>
          <w:b w:val="0"/>
          <w:i w:val="0"/>
          <w:sz w:val="22"/>
        </w:rPr>
        <w:t>Narrative/service count before memorial-contribution contact block: 526</w:t>
      </w:r>
    </w:p>
    <w:p>
      <w:pPr>
        <w:spacing w:after="80"/>
        <w:jc w:val="left"/>
      </w:pPr>
      <w:r>
        <w:rPr>
          <w:rFonts w:ascii="Calibri" w:hAnsi="Calibri"/>
          <w:b/>
          <w:i w:val="0"/>
          <w:sz w:val="22"/>
        </w:rPr>
        <w:t>Package contents:</w:t>
      </w:r>
    </w:p>
    <w:p>
      <w:pPr>
        <w:spacing w:after="40"/>
        <w:jc w:val="left"/>
      </w:pPr>
      <w:r>
        <w:rPr>
          <w:rFonts w:ascii="Calibri" w:hAnsi="Calibri"/>
          <w:b w:val="0"/>
          <w:i w:val="0"/>
          <w:sz w:val="20"/>
        </w:rPr>
        <w:t>01_Finished_Obituary_With_Photo/Carl_Robert_Leal_Obituary_Finished_Black_and_White.docx</w:t>
      </w:r>
    </w:p>
    <w:p>
      <w:pPr>
        <w:spacing w:after="40"/>
        <w:jc w:val="left"/>
      </w:pPr>
      <w:r>
        <w:rPr>
          <w:rFonts w:ascii="Calibri" w:hAnsi="Calibri"/>
          <w:b w:val="0"/>
          <w:i w:val="0"/>
          <w:sz w:val="20"/>
        </w:rPr>
        <w:t>01_Finished_Obituary_With_Photo/Carl_Robert_Leal_Obituary_Finished_Black_and_White.pdf</w:t>
      </w:r>
    </w:p>
    <w:p>
      <w:pPr>
        <w:spacing w:after="40"/>
        <w:jc w:val="left"/>
      </w:pPr>
      <w:r>
        <w:rPr>
          <w:rFonts w:ascii="Calibri" w:hAnsi="Calibri"/>
          <w:b w:val="0"/>
          <w:i w:val="0"/>
          <w:sz w:val="20"/>
        </w:rPr>
        <w:t>01_Finished_Obituary_With_Photo/Carl_Robert_Leal_Obituary_Finished_Color.docx</w:t>
      </w:r>
    </w:p>
    <w:p>
      <w:pPr>
        <w:spacing w:after="40"/>
        <w:jc w:val="left"/>
      </w:pPr>
      <w:r>
        <w:rPr>
          <w:rFonts w:ascii="Calibri" w:hAnsi="Calibri"/>
          <w:b w:val="0"/>
          <w:i w:val="0"/>
          <w:sz w:val="20"/>
        </w:rPr>
        <w:t>01_Finished_Obituary_With_Photo/Carl_Robert_Leal_Obituary_Finished_Color.pdf</w:t>
      </w:r>
    </w:p>
    <w:p>
      <w:pPr>
        <w:spacing w:after="40"/>
        <w:jc w:val="left"/>
      </w:pPr>
      <w:r>
        <w:rPr>
          <w:rFonts w:ascii="Calibri" w:hAnsi="Calibri"/>
          <w:b w:val="0"/>
          <w:i w:val="0"/>
          <w:sz w:val="20"/>
        </w:rPr>
        <w:t>02_Obituary_Text_Only_No_Photo/Carl_Robert_Leal_Obituary_Text_Only.docx</w:t>
      </w:r>
    </w:p>
    <w:p>
      <w:pPr>
        <w:spacing w:after="40"/>
        <w:jc w:val="left"/>
      </w:pPr>
      <w:r>
        <w:rPr>
          <w:rFonts w:ascii="Calibri" w:hAnsi="Calibri"/>
          <w:b w:val="0"/>
          <w:i w:val="0"/>
          <w:sz w:val="20"/>
        </w:rPr>
        <w:t>02_Obituary_Text_Only_No_Photo/Carl_Robert_Leal_Obituary_Text_Only.txt</w:t>
      </w:r>
    </w:p>
    <w:p>
      <w:pPr>
        <w:spacing w:after="40"/>
        <w:jc w:val="left"/>
      </w:pPr>
      <w:r>
        <w:rPr>
          <w:rFonts w:ascii="Calibri" w:hAnsi="Calibri"/>
          <w:b w:val="0"/>
          <w:i w:val="0"/>
          <w:sz w:val="20"/>
        </w:rPr>
        <w:t>03_Standalone_Photos/Bob_Leal_Retouched_Black_and_White.jpg</w:t>
      </w:r>
    </w:p>
    <w:p>
      <w:pPr>
        <w:spacing w:after="40"/>
        <w:jc w:val="left"/>
      </w:pPr>
      <w:r>
        <w:rPr>
          <w:rFonts w:ascii="Calibri" w:hAnsi="Calibri"/>
          <w:b w:val="0"/>
          <w:i w:val="0"/>
          <w:sz w:val="20"/>
        </w:rPr>
        <w:t>03_Standalone_Photos/Bob_Leal_Retouched_Black_and_White.png</w:t>
      </w:r>
    </w:p>
    <w:p>
      <w:pPr>
        <w:spacing w:after="40"/>
        <w:jc w:val="left"/>
      </w:pPr>
      <w:r>
        <w:rPr>
          <w:rFonts w:ascii="Calibri" w:hAnsi="Calibri"/>
          <w:b w:val="0"/>
          <w:i w:val="0"/>
          <w:sz w:val="20"/>
        </w:rPr>
        <w:t>03_Standalone_Photos/Bob_Leal_Retouched_Color.jpg</w:t>
      </w:r>
    </w:p>
    <w:p>
      <w:pPr>
        <w:spacing w:after="40"/>
        <w:jc w:val="left"/>
      </w:pPr>
      <w:r>
        <w:rPr>
          <w:rFonts w:ascii="Calibri" w:hAnsi="Calibri"/>
          <w:b w:val="0"/>
          <w:i w:val="0"/>
          <w:sz w:val="20"/>
        </w:rPr>
        <w:t>03_Standalone_Photos/Bob_Leal_Retouched_Color.png</w:t>
      </w:r>
    </w:p>
    <w:p>
      <w:pPr>
        <w:spacing w:after="40"/>
        <w:jc w:val="left"/>
      </w:pPr>
      <w:r>
        <w:rPr>
          <w:rFonts w:ascii="Calibri" w:hAnsi="Calibri"/>
          <w:b w:val="0"/>
          <w:i w:val="0"/>
          <w:sz w:val="20"/>
        </w:rPr>
        <w:t>04_Submission_Info/SUBMISSION_COVER_SHEET.docx</w:t>
      </w:r>
    </w:p>
    <w:p>
      <w:pPr>
        <w:spacing w:after="40"/>
        <w:jc w:val="left"/>
      </w:pPr>
      <w:r>
        <w:rPr>
          <w:rFonts w:ascii="Calibri" w:hAnsi="Calibri"/>
          <w:b w:val="0"/>
          <w:i w:val="0"/>
          <w:sz w:val="20"/>
        </w:rPr>
        <w:t>04_Submission_Info/SUBMISSION_COVER_SHEET.txt</w:t>
      </w:r>
    </w:p>
    <w:p>
      <w:pPr>
        <w:spacing w:after="80"/>
        <w:jc w:val="left"/>
      </w:pPr>
      <w:r>
        <w:rPr>
          <w:rFonts w:ascii="Calibri" w:hAnsi="Calibri"/>
          <w:b/>
          <w:i w:val="0"/>
          <w:sz w:val="22"/>
        </w:rPr>
        <w:t>Suggested newspaper use:</w:t>
      </w:r>
    </w:p>
    <w:p>
      <w:pPr>
        <w:spacing w:after="120"/>
        <w:jc w:val="left"/>
      </w:pPr>
      <w:r>
        <w:rPr>
          <w:rFonts w:ascii="Calibri" w:hAnsi="Calibri"/>
          <w:b w:val="0"/>
          <w:i w:val="0"/>
          <w:sz w:val="22"/>
        </w:rPr>
        <w:t>Use the text-only Word file or text file for copy/paste, and upload either the color or black-and-white standalone photo separately if requested by the newspaper.</w:t>
      </w:r>
    </w:p>
    <w:p>
      <w:pPr>
        <w:spacing w:after="120"/>
        <w:jc w:val="left"/>
      </w:pPr>
      <w:r>
        <w:rPr>
          <w:rFonts w:ascii="Calibri" w:hAnsi="Calibri"/>
          <w:b w:val="0"/>
          <w:i w:val="0"/>
          <w:sz w:val="22"/>
        </w:rPr>
        <w:t>The finished PDF/Word versions are included as visual reference/final layouts.</w:t>
      </w:r>
    </w:p>
    <w:sectPr w:rsidR="00FC693F" w:rsidRPr="0006063C" w:rsidSect="00034616">
      <w:pgSz w:w="12240" w:h="15840"/>
      <w:pgMar w:top="1080" w:right="1224" w:bottom="1080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